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15="http://schemas.microsoft.com/office/word/2012/wordml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w15">
  <w:body>
    <w:p>
      <w:pPr>
        <w:pBdr>
          <w:left w:val="single" w:sz="24" w:space="8" w:color="C45838"/>
        </w:pBdr>
        <w:shd w:val="clear" w:color="auto" w:fill="F4F2EC"/>
        <w:spacing w:before="0" w:after="120"/>
        <w:ind w:left="140"/>
      </w:pPr>
      <w:r>
        <w:rPr>
          <w:rFonts w:ascii="Arial Unicode MS" w:hAnsi="Arial Unicode MS" w:eastAsia="Arial Unicode MS" w:cs="Arial Unicode MS"/>
          <w:b/>
          <w:color w:val="173C49"/>
          <w:sz w:val="18"/>
        </w:rPr>
        <w:t xml:space="preserve">Fill in your own language, we use technology to translate. The Bulgarian text in this document is there for easier review by us.</w:t>
      </w:r>
      <w:r>
        <w:rPr>
          <w:rFonts w:ascii="Arial Unicode MS" w:hAnsi="Arial Unicode MS" w:eastAsia="Arial Unicode MS" w:cs="Arial Unicode MS"/>
          <w:b w:val="0"/>
          <w:color w:val="666666"/>
          <w:sz w:val="13"/>
        </w:rPr>
        <w:t xml:space="preserve">   Попълвайте на собствения си език, използваме технологии за превод. Българският текст в този документ е за по-лесен преглед от наша страна.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220"/>
        <w:gridCol w:w="2154"/>
      </w:tblGrid>
      <w:tr>
        <w:tc>
          <w:tcPr>
            <w:tcW w:type="dxa" w:w="5329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20"/>
            </w:pPr>
            <w:r>
              <w:rPr>
                <w:rFonts w:ascii="Arial Unicode MS" w:hAnsi="Arial Unicode MS" w:eastAsia="Arial Unicode MS" w:cs="Arial Unicode MS"/>
                <w:b/>
                <w:color w:val="000000"/>
                <w:sz w:val="38"/>
              </w:rPr>
              <w:t>Worker CV</w:t>
            </w:r>
          </w:p>
          <w:p>
            <w:pPr>
              <w:spacing w:after="80"/>
            </w:pPr>
            <w:r>
              <w:rPr>
                <w:rFonts w:ascii="Arial Unicode MS" w:hAnsi="Arial Unicode MS" w:eastAsia="Arial Unicode MS" w:cs="Arial Unicode MS"/>
                <w:b/>
                <w:color w:val="C45838"/>
                <w:sz w:val="22"/>
              </w:rPr>
              <w:t>Автобиография на работник</w:t>
            </w:r>
          </w:p>
          <w:p>
            <w:pPr>
              <w:spacing w:after="40"/>
            </w:pPr>
            <w:r>
              <w:rPr>
                <w:rFonts w:ascii="Arial Unicode MS" w:hAnsi="Arial Unicode MS" w:eastAsia="Arial Unicode MS" w:cs="Arial Unicode MS"/>
                <w:b w:val="0"/>
                <w:color w:val="173C49"/>
                <w:sz w:val="16"/>
              </w:rPr>
              <w:t>Complete this CV yourself. Use exact dates and describe the work you actually performed, including equipment, tools, materials and results.</w:t>
            </w:r>
          </w:p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Попълнете тази автобиография сами. Посочете точни периоди и опишете реално извършваната работа, включително оборудване, инструменти, материали и резултати.</w:t>
            </w:r>
          </w:p>
        </w:tc>
        <w:tc>
          <w:tcPr>
            <w:tcW w:type="dxa" w:w="5329"/>
            <w:shd w:fill="F4F2EC" w:val="clear" w:color="auto"/>
            <w:tcBorders>
              <w:top w:val="single" w:sz="8" w:color="173C49"/>
              <w:left w:val="single" w:sz="8" w:color="173C49"/>
              <w:bottom w:val="single" w:sz="8" w:color="173C49"/>
              <w:right w:val="single" w:sz="8" w:color="173C49"/>
            </w:tcBorders>
            <w:tcMar>
              <w:top w:w="130" w:type="dxa"/>
              <w:start w:w="110" w:type="dxa"/>
              <w:bottom w:w="13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6"/>
              </w:rPr>
              <w:t>Optional photo</w:t>
            </w:r>
          </w:p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Снимка по желание</w:t>
            </w:r>
          </w:p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35 × 45 mm</w:t>
            </w:r>
          </w:p>
        </w:tc>
      </w:tr>
    </w:tbl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Personal details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Лични данни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9"/>
        <w:gridCol w:w="5329"/>
      </w:tblGrid>
      <w:tr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Full name as in passport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Три имена според паспорта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[Full name as in passport]</w:t>
            </w:r>
          </w:p>
        </w:tc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Desired position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Желана позиция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[profession or desired role]</w:t>
            </w:r>
          </w:p>
        </w:tc>
      </w:tr>
      <w:tr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Reference number if provided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Референтен номер, ако е предоставен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[Will be generated automatically after submission]</w:t>
            </w:r>
          </w:p>
        </w:tc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Available from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На разположение от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[date or notice period]</w:t>
            </w:r>
          </w:p>
        </w:tc>
      </w:tr>
      <w:tr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Date of birth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Дата на раждане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[DD/MM/YYYY]</w:t>
            </w:r>
          </w:p>
        </w:tc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Nationality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Националност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[nationality as in passport]</w:t>
            </w:r>
          </w:p>
        </w:tc>
      </w:tr>
    </w:tbl>
    <w:p>
      <w:pPr>
        <w:spacing w:before="60" w:after="60"/>
      </w:pPr>
      <w:r>
        <w:rPr>
          <w:rFonts w:ascii="Arial Unicode MS" w:hAnsi="Arial Unicode MS" w:eastAsia="Arial Unicode MS" w:cs="Arial Unicode MS"/>
          <w:b w:val="0"/>
          <w:i/>
          <w:color w:val="C45838"/>
          <w:sz w:val="14"/>
        </w:rPr>
        <w:t>The availability date is for planning only and does not promise employment or hiring by that date.</w:t>
      </w:r>
      <w:r>
        <w:rPr>
          <w:rFonts w:ascii="Arial Unicode MS" w:hAnsi="Arial Unicode MS" w:eastAsia="Arial Unicode MS" w:cs="Arial Unicode MS"/>
          <w:b w:val="0"/>
          <w:i/>
          <w:color w:val="666666"/>
          <w:sz w:val="13"/>
        </w:rPr>
        <w:t xml:space="preserve">  Посочената наличност служи само за планиране и не обещава работа или назначаване до тази дата.</w:t>
      </w:r>
    </w:p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Professional profile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Професионален профил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8"/>
      </w:tblGrid>
      <w:tr>
        <w:tc>
          <w:tcPr>
            <w:tcW w:type="dxa" w:w="10658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8"/>
              </w:rPr>
              <w:t>2–3 sentences about core experience, strengths and preferred work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2–3 изречения за основния опит, силните страни и вида работа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[Write 3–4 factual sentences about your trade, years of experience and strongest skills.]</w:t>
            </w:r>
          </w:p>
        </w:tc>
      </w:tr>
    </w:tbl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Education and training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Образование и обучение</w:t>
      </w:r>
    </w:p>
    <w:p>
      <w:pPr>
        <w:keepNext/>
        <w:spacing w:before="60" w:after="60"/>
      </w:pPr>
      <w:r>
        <w:rPr>
          <w:rFonts w:ascii="Arial Unicode MS" w:hAnsi="Arial Unicode MS" w:eastAsia="Arial Unicode MS" w:cs="Arial Unicode MS"/>
          <w:b w:val="0"/>
          <w:i/>
          <w:color w:val="666666"/>
          <w:sz w:val="14"/>
        </w:rPr>
        <w:t>Need more entries? In Word, click the + button at the bottom right of the last block, or copy and paste the block.</w:t>
      </w:r>
    </w:p>
    <w:sdt>
      <w:sdtPr>
        <w:alias w:val="Education and training"/>
        <w:tag w:val="education"/>
        <w:id w:val="1545535489"/>
        <w15:repeatingSection>
          <w15:sectionTitle w15:val="Education and training"/>
        </w15:repeatingSection>
      </w:sdtPr>
      <w:sdtContent>
        <w:sdt>
          <w:sdtPr>
            <w:id w:val="1545535490"/>
            <w15:repeatingSectionItem/>
          </w:sdtPr>
          <w:sdtContent>
            <w:tbl>
              <w:tblPr>
                <w:tblW w:type="auto" w:w="0"/>
                <w:jc w:val="left"/>
                <w:tblLook w:firstColumn="1" w:firstRow="1" w:lastColumn="0" w:lastRow="0" w:noHBand="0" w:noVBand="1" w:val="04A0"/>
                <w:tblBorders>
                  <w:top w:val="single" w:sz="6" w:color="D9D9D9"/>
                  <w:left w:val="single" w:sz="6" w:color="D9D9D9"/>
                  <w:bottom w:val="single" w:sz="6" w:color="D9D9D9"/>
                  <w:right w:val="single" w:sz="6" w:color="D9D9D9"/>
                  <w:insideH w:val="single" w:sz="6" w:color="D9D9D9"/>
                  <w:insideV w:val="single" w:sz="6" w:color="D9D9D9"/>
                </w:tblBorders>
              </w:tblPr>
              <w:tblGrid>
                <w:gridCol w:w="5329"/>
                <w:gridCol w:w="5329"/>
              </w:tblGrid>
              <w:tr>
                <w:trPr>
                  <w:cantSplit/>
                </w:trPr>
                <w:tc>
                  <w:tcPr>
                    <w:tcW w:type="dxa" w:w="10658"/>
                    <w:gridSpan w:val="2"/>
                    <w:shd w:fill="EAF1F2" w:val="clear" w:color="auto"/>
                    <w:tcMar>
                      <w:top w:w="65" w:type="dxa"/>
                      <w:start w:w="95" w:type="dxa"/>
                      <w:bottom w:w="65" w:type="dxa"/>
                      <w:end w:w="95" w:type="dxa"/>
                    </w:tcMar>
                  </w:tcPr>
                  <w:p>
                    <w:pPr>
                      <w:keepNext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Education and training</w:t>
                    </w: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 xml:space="preserve">   Образование и обучение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Dates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Период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[MM/YYYY – MM/YYYY]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School, training provider and country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Училище, обучаваща организация и държава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[School, training provider and country]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Qualification, diploma or course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Квалификация, диплома или курс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[Qualification, diploma or course]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Main subjects and practical training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Основни предмети и практическо обучение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[Describe the qualification, practical training and relevant subjects.]</w:t>
                    </w:r>
                  </w:p>
                </w:tc>
              </w:tr>
            </w:tbl>
            <w:p>
              <w:pPr>
                <w:spacing w:after="20"/>
              </w:pPr>
            </w:p>
          </w:sdtContent>
        </w:sdt>
        <w:sdt>
          <w:sdtPr>
            <w:id w:val="1545535491"/>
            <w15:repeatingSectionItem/>
          </w:sdtPr>
          <w:sdtContent>
            <w:tbl>
              <w:tblPr>
                <w:tblW w:type="auto" w:w="0"/>
                <w:jc w:val="left"/>
                <w:tblLook w:firstColumn="1" w:firstRow="1" w:lastColumn="0" w:lastRow="0" w:noHBand="0" w:noVBand="1" w:val="04A0"/>
                <w:tblBorders>
                  <w:top w:val="single" w:sz="6" w:color="D9D9D9"/>
                  <w:left w:val="single" w:sz="6" w:color="D9D9D9"/>
                  <w:bottom w:val="single" w:sz="6" w:color="D9D9D9"/>
                  <w:right w:val="single" w:sz="6" w:color="D9D9D9"/>
                  <w:insideH w:val="single" w:sz="6" w:color="D9D9D9"/>
                  <w:insideV w:val="single" w:sz="6" w:color="D9D9D9"/>
                </w:tblBorders>
              </w:tblPr>
              <w:tblGrid>
                <w:gridCol w:w="5329"/>
                <w:gridCol w:w="5329"/>
              </w:tblGrid>
              <w:tr>
                <w:trPr>
                  <w:cantSplit/>
                </w:trPr>
                <w:tc>
                  <w:tcPr>
                    <w:tcW w:type="dxa" w:w="10658"/>
                    <w:gridSpan w:val="2"/>
                    <w:shd w:fill="EAF1F2" w:val="clear" w:color="auto"/>
                    <w:tcMar>
                      <w:top w:w="65" w:type="dxa"/>
                      <w:start w:w="95" w:type="dxa"/>
                      <w:bottom w:w="65" w:type="dxa"/>
                      <w:end w:w="95" w:type="dxa"/>
                    </w:tcMar>
                  </w:tcPr>
                  <w:p>
                    <w:pPr>
                      <w:keepNext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Education and training</w:t>
                    </w: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 xml:space="preserve">   Образование и обучение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Dates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Период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[MM/YYYY – MM/YYYY]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School, training provider and country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Училище, обучаваща организация и държава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[School, training provider and country]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Qualification, diploma or course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Квалификация, диплома или курс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[Qualification, diploma or course]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Main subjects and practical training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Основни предмети и практическо обучение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[Describe the qualification, practical training and relevant subjects.]</w:t>
                    </w:r>
                  </w:p>
                </w:tc>
              </w:tr>
            </w:tbl>
            <w:p>
              <w:pPr>
                <w:spacing w:after="20"/>
              </w:pPr>
            </w:p>
          </w:sdtContent>
        </w:sdt>
      </w:sdtContent>
    </w:sdt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Work experience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Трудов опит</w:t>
      </w:r>
    </w:p>
    <w:p>
      <w:pPr>
        <w:keepNext/>
        <w:spacing w:before="60" w:after="60"/>
      </w:pPr>
      <w:r>
        <w:rPr>
          <w:rFonts w:ascii="Arial Unicode MS" w:hAnsi="Arial Unicode MS" w:eastAsia="Arial Unicode MS" w:cs="Arial Unicode MS"/>
          <w:b w:val="0"/>
          <w:i/>
          <w:color w:val="666666"/>
          <w:sz w:val="14"/>
        </w:rPr>
        <w:t>Need more entries? In Word, click the + button at the bottom right of the last block, or copy and paste the block.</w:t>
      </w:r>
    </w:p>
    <w:sdt>
      <w:sdtPr>
        <w:alias w:val="Work experience"/>
        <w:tag w:val="work_experience"/>
        <w:id w:val="1545535492"/>
        <w15:repeatingSection>
          <w15:sectionTitle w15:val="Work experience"/>
        </w15:repeatingSection>
      </w:sdtPr>
      <w:sdtContent>
        <w:sdt>
          <w:sdtPr>
            <w:id w:val="1545535493"/>
            <w15:repeatingSectionItem/>
          </w:sdtPr>
          <w:sdtContent>
            <w:tbl>
              <w:tblPr>
                <w:tblW w:type="auto" w:w="0"/>
                <w:jc w:val="left"/>
                <w:tblLook w:firstColumn="1" w:firstRow="1" w:lastColumn="0" w:lastRow="0" w:noHBand="0" w:noVBand="1" w:val="04A0"/>
                <w:tblBorders>
                  <w:top w:val="single" w:sz="6" w:color="D9D9D9"/>
                  <w:left w:val="single" w:sz="6" w:color="D9D9D9"/>
                  <w:bottom w:val="single" w:sz="6" w:color="D9D9D9"/>
                  <w:right w:val="single" w:sz="6" w:color="D9D9D9"/>
                  <w:insideH w:val="single" w:sz="6" w:color="D9D9D9"/>
                  <w:insideV w:val="single" w:sz="6" w:color="D9D9D9"/>
                </w:tblBorders>
              </w:tblPr>
              <w:tblGrid>
                <w:gridCol w:w="5329"/>
                <w:gridCol w:w="5329"/>
              </w:tblGrid>
              <w:tr>
                <w:trPr>
                  <w:cantSplit/>
                </w:trPr>
                <w:tc>
                  <w:tcPr>
                    <w:tcW w:type="dxa" w:w="10658"/>
                    <w:gridSpan w:val="2"/>
                    <w:shd w:fill="173C49" w:val="clear" w:color="auto"/>
                    <w:tcMar>
                      <w:top w:w="70" w:type="dxa"/>
                      <w:start w:w="95" w:type="dxa"/>
                      <w:bottom w:w="70" w:type="dxa"/>
                      <w:end w:w="95" w:type="dxa"/>
                    </w:tcMar>
                  </w:tcPr>
                  <w:p>
                    <w:pPr>
                      <w:keepNext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FFFFFF"/>
                        <w:sz w:val="18"/>
                      </w:rPr>
                      <w:t>Work experience</w:t>
                    </w: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DDE9EB"/>
                        <w:sz w:val="13"/>
                      </w:rPr>
                      <w:t xml:space="preserve">   Трудов опит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Dates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Период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[MM/YYYY – MM/YYYY]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Employer and country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Работодател и държава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[company, city and country]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Position held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Заемана длъжност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[Position held]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8"/>
                      </w:rPr>
                      <w:t>Position and main duties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Длъжност и основни задължения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[Describe what you actually did. Name machines, tools, processes, materials, responsibilities and measurable results.]</w:t>
                    </w:r>
                  </w:p>
                </w:tc>
              </w:tr>
            </w:tbl>
            <w:p>
              <w:pPr>
                <w:spacing w:after="20"/>
              </w:pPr>
            </w:p>
          </w:sdtContent>
        </w:sdt>
        <w:sdt>
          <w:sdtPr>
            <w:id w:val="1545535494"/>
            <w15:repeatingSectionItem/>
          </w:sdtPr>
          <w:sdtContent>
            <w:tbl>
              <w:tblPr>
                <w:tblW w:type="auto" w:w="0"/>
                <w:jc w:val="left"/>
                <w:tblLook w:firstColumn="1" w:firstRow="1" w:lastColumn="0" w:lastRow="0" w:noHBand="0" w:noVBand="1" w:val="04A0"/>
                <w:tblBorders>
                  <w:top w:val="single" w:sz="6" w:color="D9D9D9"/>
                  <w:left w:val="single" w:sz="6" w:color="D9D9D9"/>
                  <w:bottom w:val="single" w:sz="6" w:color="D9D9D9"/>
                  <w:right w:val="single" w:sz="6" w:color="D9D9D9"/>
                  <w:insideH w:val="single" w:sz="6" w:color="D9D9D9"/>
                  <w:insideV w:val="single" w:sz="6" w:color="D9D9D9"/>
                </w:tblBorders>
              </w:tblPr>
              <w:tblGrid>
                <w:gridCol w:w="5329"/>
                <w:gridCol w:w="5329"/>
              </w:tblGrid>
              <w:tr>
                <w:trPr>
                  <w:cantSplit/>
                </w:trPr>
                <w:tc>
                  <w:tcPr>
                    <w:tcW w:type="dxa" w:w="10658"/>
                    <w:gridSpan w:val="2"/>
                    <w:shd w:fill="173C49" w:val="clear" w:color="auto"/>
                    <w:tcMar>
                      <w:top w:w="70" w:type="dxa"/>
                      <w:start w:w="95" w:type="dxa"/>
                      <w:bottom w:w="70" w:type="dxa"/>
                      <w:end w:w="95" w:type="dxa"/>
                    </w:tcMar>
                  </w:tcPr>
                  <w:p>
                    <w:pPr>
                      <w:keepNext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FFFFFF"/>
                        <w:sz w:val="18"/>
                      </w:rPr>
                      <w:t>Work experience</w:t>
                    </w: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DDE9EB"/>
                        <w:sz w:val="13"/>
                      </w:rPr>
                      <w:t xml:space="preserve">   Трудов опит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Dates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Период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[MM/YYYY – MM/YYYY]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Employer and country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Работодател и държава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[company, city and country]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Position held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Заемана длъжност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[Position held]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8"/>
                      </w:rPr>
                      <w:t>Position and main duties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Длъжност и основни задължения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[Describe what you actually did. Name machines, tools, processes, materials, responsibilities and measurable results.]</w:t>
                    </w:r>
                  </w:p>
                </w:tc>
              </w:tr>
            </w:tbl>
            <w:p>
              <w:pPr>
                <w:spacing w:after="20"/>
              </w:pPr>
            </w:p>
          </w:sdtContent>
        </w:sdt>
        <w:sdt>
          <w:sdtPr>
            <w:id w:val="1545535495"/>
            <w15:repeatingSectionItem/>
          </w:sdtPr>
          <w:sdtContent>
            <w:tbl>
              <w:tblPr>
                <w:tblW w:type="auto" w:w="0"/>
                <w:jc w:val="left"/>
                <w:tblLook w:firstColumn="1" w:firstRow="1" w:lastColumn="0" w:lastRow="0" w:noHBand="0" w:noVBand="1" w:val="04A0"/>
                <w:tblBorders>
                  <w:top w:val="single" w:sz="6" w:color="D9D9D9"/>
                  <w:left w:val="single" w:sz="6" w:color="D9D9D9"/>
                  <w:bottom w:val="single" w:sz="6" w:color="D9D9D9"/>
                  <w:right w:val="single" w:sz="6" w:color="D9D9D9"/>
                  <w:insideH w:val="single" w:sz="6" w:color="D9D9D9"/>
                  <w:insideV w:val="single" w:sz="6" w:color="D9D9D9"/>
                </w:tblBorders>
              </w:tblPr>
              <w:tblGrid>
                <w:gridCol w:w="5329"/>
                <w:gridCol w:w="5329"/>
              </w:tblGrid>
              <w:tr>
                <w:trPr>
                  <w:cantSplit/>
                </w:trPr>
                <w:tc>
                  <w:tcPr>
                    <w:tcW w:type="dxa" w:w="10658"/>
                    <w:gridSpan w:val="2"/>
                    <w:shd w:fill="173C49" w:val="clear" w:color="auto"/>
                    <w:tcMar>
                      <w:top w:w="70" w:type="dxa"/>
                      <w:start w:w="95" w:type="dxa"/>
                      <w:bottom w:w="70" w:type="dxa"/>
                      <w:end w:w="95" w:type="dxa"/>
                    </w:tcMar>
                  </w:tcPr>
                  <w:p>
                    <w:pPr>
                      <w:keepNext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FFFFFF"/>
                        <w:sz w:val="18"/>
                      </w:rPr>
                      <w:t>Work experience</w:t>
                    </w: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DDE9EB"/>
                        <w:sz w:val="13"/>
                      </w:rPr>
                      <w:t xml:space="preserve">   Трудов опит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Dates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Период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[MM/YYYY – MM/YYYY]</w:t>
                    </w:r>
                  </w:p>
                </w:tc>
                <w:tc>
                  <w:tcPr>
                    <w:tcW w:type="dxa" w:w="5329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Employer and country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Работодател и държава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[company, city and country]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keepNext/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7"/>
                      </w:rPr>
                      <w:t>Position held</w:t>
                    </w:r>
                  </w:p>
                  <w:p>
                    <w:pPr>
                      <w:keepNext/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Заемана длъжност</w:t>
                    </w:r>
                  </w:p>
                  <w:p>
                    <w:pPr>
                      <w:keepNext/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[Position held]</w:t>
                    </w:r>
                  </w:p>
                </w:tc>
              </w:tr>
              <w:tr>
                <w:trPr>
                  <w:cantSplit/>
                </w:trPr>
                <w:tc>
                  <w:tcPr>
                    <w:tcW w:type="dxa" w:w="10658"/>
                    <w:gridSpan w:val="2"/>
                    <w:tcMar>
                      <w:top w:w="85" w:type="dxa"/>
                      <w:start w:w="105" w:type="dxa"/>
                      <w:bottom w:w="85" w:type="dxa"/>
                      <w:end w:w="105" w:type="dxa"/>
                    </w:tcMar>
                    <w:vAlign w:val="center"/>
                  </w:tcPr>
                  <w:p>
                    <w:pPr>
                      <w:spacing w:after="0"/>
                    </w:pPr>
                    <w:r>
                      <w:rPr>
                        <w:rFonts w:ascii="Arial Unicode MS" w:hAnsi="Arial Unicode MS" w:eastAsia="Arial Unicode MS" w:cs="Arial Unicode MS"/>
                        <w:b/>
                        <w:color w:val="173C49"/>
                        <w:sz w:val="18"/>
                      </w:rPr>
                      <w:t>Position and main duties</w:t>
                    </w:r>
                  </w:p>
                  <w:p>
                    <w:pPr>
                      <w:spacing w:before="2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color w:val="666666"/>
                        <w:sz w:val="13"/>
                      </w:rPr>
                      <w:t>Длъжност и основни задължения</w:t>
                    </w:r>
                  </w:p>
                  <w:p>
                    <w:pPr>
                      <w:spacing w:before="80" w:after="0"/>
                    </w:pPr>
                    <w:r>
                      <w:rPr>
                        <w:rFonts w:ascii="Arial Unicode MS" w:hAnsi="Arial Unicode MS" w:eastAsia="Arial Unicode MS" w:cs="Arial Unicode MS"/>
                        <w:b w:val="0"/>
                        <w:i/>
                        <w:color w:val="777777"/>
                        <w:sz w:val="16"/>
                      </w:rPr>
                      <w:t>[Describe what you actually did. Name machines, tools, processes, materials, responsibilities and measurable results.]</w:t>
                    </w:r>
                  </w:p>
                </w:tc>
              </w:tr>
            </w:tbl>
            <w:p>
              <w:pPr>
                <w:spacing w:after="20"/>
              </w:pPr>
            </w:p>
          </w:sdtContent>
        </w:sdt>
      </w:sdtContent>
    </w:sdt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Technical capabilities, equipment and certificates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Технически способности, оборудване и сертификати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8"/>
      </w:tblGrid>
      <w:tr>
        <w:tc>
          <w:tcPr>
            <w:tcW w:type="dxa" w:w="10658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8"/>
              </w:rPr>
              <w:t>Technical capabilities, equipment and certificates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Технически способности, оборудване и сертификати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[List relevant machines, tools, software, processes, licences and certificates. Add your level or years of experience where useful.]</w:t>
            </w:r>
          </w:p>
        </w:tc>
      </w:tr>
    </w:tbl>
    <w:p>
      <w:pPr>
        <w:keepNext/>
        <w:spacing w:before="140" w:after="80"/>
      </w:pPr>
      <w:r>
        <w:rPr>
          <w:rFonts w:ascii="Arial Unicode MS" w:hAnsi="Arial Unicode MS" w:eastAsia="Arial Unicode MS" w:cs="Arial Unicode MS"/>
          <w:b/>
          <w:color w:val="C45838"/>
          <w:sz w:val="18"/>
        </w:rPr>
        <w:t>Practical information</w:t>
      </w:r>
      <w:r>
        <w:rPr>
          <w:rFonts w:ascii="Arial Unicode MS" w:hAnsi="Arial Unicode MS" w:eastAsia="Arial Unicode MS" w:cs="Arial Unicode MS"/>
          <w:b/>
          <w:color w:val="666666"/>
          <w:sz w:val="14"/>
        </w:rPr>
        <w:t xml:space="preserve">  Практическа информация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9"/>
        <w:gridCol w:w="5329"/>
      </w:tblGrid>
      <w:tr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Driving licence and categories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Шофьорска книжка и категории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[Driving licence and categories] [B, C, D + E]</w:t>
            </w:r>
          </w:p>
        </w:tc>
        <w:tc>
          <w:tcPr>
            <w:tcW w:type="dxa" w:w="5329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/>
                <w:b/>
                <w:color w:val="173C49"/>
                <w:sz w:val="17"/>
              </w:rPr>
              <w:t>References optional</w:t>
            </w:r>
          </w:p>
          <w:p>
            <w:pPr>
              <w:spacing w:before="20" w:after="0"/>
            </w:pPr>
            <w:r>
              <w:rPr>
                <w:rFonts w:ascii="Arial Unicode MS" w:hAnsi="Arial Unicode MS" w:eastAsia="Arial Unicode MS" w:cs="Arial Unicode MS"/>
                <w:b w:val="0"/>
                <w:color w:val="666666"/>
                <w:sz w:val="13"/>
              </w:rPr>
              <w:t>Препоръки по желание</w:t>
            </w:r>
          </w:p>
          <w:p>
            <w:pPr>
              <w:spacing w:before="80" w:after="0"/>
            </w:pPr>
            <w:r>
              <w:rPr>
                <w:rFonts w:ascii="Arial Unicode MS" w:hAnsi="Arial Unicode MS" w:eastAsia="Arial Unicode MS" w:cs="Arial Unicode MS"/>
                <w:b w:val="0"/>
                <w:i/>
                <w:color w:val="777777"/>
                <w:sz w:val="16"/>
              </w:rPr>
              <w:t>[Name, company, role and contact details only with permission, or write available on request.]</w:t>
            </w:r>
          </w:p>
        </w:tc>
      </w:tr>
    </w:tbl>
    <w:sectPr w:rsidR="00FC693F" w:rsidRPr="0006063C" w:rsidSect="00034616">
      <w:pgSz w:w="11906" w:h="16838"/>
      <w:pgMar w:top="510" w:right="624" w:bottom="51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 Unicode MS" w:hAnsi="Arial Unicode MS" w:eastAsia="Arial Unicode MS"/>
      <w:color w:val="111111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Candidate CV Templates with Bulgarian Review Labels</dc:title>
  <dc:subject>Candidate-completed CV forms focused on experience, education and capabilities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